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B93FA" w14:textId="77777777" w:rsidR="00834E5F" w:rsidRPr="003743A7" w:rsidRDefault="00CB0185">
      <w:pPr>
        <w:rPr>
          <w:sz w:val="24"/>
          <w:szCs w:val="24"/>
        </w:rPr>
      </w:pPr>
      <w:r w:rsidRPr="003743A7">
        <w:rPr>
          <w:b/>
          <w:sz w:val="24"/>
          <w:szCs w:val="24"/>
        </w:rPr>
        <w:t>OPĆINA NOVI GOLUBOVEC</w:t>
      </w:r>
    </w:p>
    <w:p w14:paraId="1B38AA79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Jedinstveni upravni odjel</w:t>
      </w:r>
      <w:r w:rsidRPr="003743A7">
        <w:rPr>
          <w:sz w:val="24"/>
          <w:szCs w:val="24"/>
        </w:rPr>
        <w:br/>
        <w:t>Novi Golubovec 35, 49255 Novi Golubovec</w:t>
      </w:r>
    </w:p>
    <w:p w14:paraId="67F0B6D3" w14:textId="77777777" w:rsidR="00834E5F" w:rsidRPr="003743A7" w:rsidRDefault="00CB0185">
      <w:pPr>
        <w:pStyle w:val="Naslov"/>
        <w:jc w:val="center"/>
        <w:rPr>
          <w:sz w:val="32"/>
          <w:szCs w:val="32"/>
        </w:rPr>
      </w:pPr>
      <w:r w:rsidRPr="003743A7">
        <w:rPr>
          <w:sz w:val="32"/>
          <w:szCs w:val="32"/>
        </w:rPr>
        <w:t>Zahtjev za dodjelu jednokratne novčane potpore učeniku srednje škole</w:t>
      </w:r>
    </w:p>
    <w:p w14:paraId="18A2B8D0" w14:textId="2DDAE942" w:rsidR="00834E5F" w:rsidRPr="003743A7" w:rsidRDefault="00CB0185">
      <w:pPr>
        <w:jc w:val="center"/>
        <w:rPr>
          <w:sz w:val="24"/>
          <w:szCs w:val="24"/>
        </w:rPr>
      </w:pPr>
      <w:r w:rsidRPr="003743A7">
        <w:rPr>
          <w:sz w:val="24"/>
          <w:szCs w:val="24"/>
        </w:rPr>
        <w:t xml:space="preserve">Za </w:t>
      </w:r>
      <w:proofErr w:type="spellStart"/>
      <w:r w:rsidRPr="003743A7">
        <w:rPr>
          <w:sz w:val="24"/>
          <w:szCs w:val="24"/>
        </w:rPr>
        <w:t>školsku</w:t>
      </w:r>
      <w:proofErr w:type="spellEnd"/>
      <w:r w:rsidRPr="003743A7">
        <w:rPr>
          <w:sz w:val="24"/>
          <w:szCs w:val="24"/>
        </w:rPr>
        <w:t xml:space="preserve"> </w:t>
      </w:r>
      <w:proofErr w:type="spellStart"/>
      <w:r w:rsidRPr="003743A7">
        <w:rPr>
          <w:sz w:val="24"/>
          <w:szCs w:val="24"/>
        </w:rPr>
        <w:t>godinu</w:t>
      </w:r>
      <w:proofErr w:type="spellEnd"/>
      <w:r w:rsidRPr="003743A7">
        <w:rPr>
          <w:sz w:val="24"/>
          <w:szCs w:val="24"/>
        </w:rPr>
        <w:t xml:space="preserve"> </w:t>
      </w:r>
      <w:proofErr w:type="gramStart"/>
      <w:r w:rsidRPr="003743A7">
        <w:rPr>
          <w:sz w:val="24"/>
          <w:szCs w:val="24"/>
        </w:rPr>
        <w:t>202</w:t>
      </w:r>
      <w:r w:rsidR="003743A7" w:rsidRPr="003743A7">
        <w:rPr>
          <w:sz w:val="24"/>
          <w:szCs w:val="24"/>
        </w:rPr>
        <w:t>5</w:t>
      </w:r>
      <w:r w:rsidRPr="003743A7">
        <w:rPr>
          <w:sz w:val="24"/>
          <w:szCs w:val="24"/>
        </w:rPr>
        <w:t>./</w:t>
      </w:r>
      <w:proofErr w:type="gramEnd"/>
      <w:r w:rsidRPr="003743A7">
        <w:rPr>
          <w:sz w:val="24"/>
          <w:szCs w:val="24"/>
        </w:rPr>
        <w:t>202</w:t>
      </w:r>
      <w:r w:rsidR="003743A7" w:rsidRPr="003743A7">
        <w:rPr>
          <w:sz w:val="24"/>
          <w:szCs w:val="24"/>
        </w:rPr>
        <w:t>6</w:t>
      </w:r>
      <w:r w:rsidRPr="003743A7">
        <w:rPr>
          <w:sz w:val="24"/>
          <w:szCs w:val="24"/>
        </w:rPr>
        <w:t>.</w:t>
      </w:r>
    </w:p>
    <w:p w14:paraId="3598B637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Podnosim zahtjev za dodjelu jednokratne novčane potpore prema Javnom natječaju Općine Novi Golubovec za učenike koji su sve razrede srednje škole završili s odličnim uspjehom.</w:t>
      </w:r>
    </w:p>
    <w:p w14:paraId="3E932DBA" w14:textId="77777777" w:rsidR="00834E5F" w:rsidRPr="003743A7" w:rsidRDefault="00CB0185">
      <w:pPr>
        <w:pStyle w:val="Naslov1"/>
        <w:rPr>
          <w:sz w:val="24"/>
          <w:szCs w:val="24"/>
        </w:rPr>
      </w:pPr>
      <w:r w:rsidRPr="003743A7">
        <w:rPr>
          <w:sz w:val="24"/>
          <w:szCs w:val="24"/>
        </w:rPr>
        <w:t>1 Podaci o učeniku</w:t>
      </w:r>
    </w:p>
    <w:p w14:paraId="2F4E18EE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Ime i prezime: ________________________________________________________</w:t>
      </w:r>
    </w:p>
    <w:p w14:paraId="621F2C90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Adresa prebivališta: ____________________________________________________</w:t>
      </w:r>
    </w:p>
    <w:p w14:paraId="60FD82CD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Telefon / mobitel: ______________________________________________________</w:t>
      </w:r>
    </w:p>
    <w:p w14:paraId="788FE14A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E-mail: ______________________________________________________________</w:t>
      </w:r>
    </w:p>
    <w:p w14:paraId="42C2C686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Naziv i sjedište srednje škole: _____________________________________________</w:t>
      </w:r>
    </w:p>
    <w:p w14:paraId="4546D939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_____________________________________________________________________</w:t>
      </w:r>
    </w:p>
    <w:p w14:paraId="4A0831AE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Obrazovni program i trajanje školovanja: ____________________________________</w:t>
      </w:r>
    </w:p>
    <w:p w14:paraId="3766AF1C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Školska godina završetka srednje škole: ____________________________________</w:t>
      </w:r>
    </w:p>
    <w:p w14:paraId="7958A946" w14:textId="77777777" w:rsidR="00834E5F" w:rsidRPr="003743A7" w:rsidRDefault="00CB0185">
      <w:pPr>
        <w:pStyle w:val="Naslov1"/>
        <w:rPr>
          <w:sz w:val="24"/>
          <w:szCs w:val="24"/>
        </w:rPr>
      </w:pPr>
      <w:r w:rsidRPr="003743A7">
        <w:rPr>
          <w:sz w:val="24"/>
          <w:szCs w:val="24"/>
        </w:rPr>
        <w:t>2 Podaci o roditelju ili skrbniku ako podnosi zahtjev za maloljetnog učenika</w:t>
      </w:r>
    </w:p>
    <w:p w14:paraId="5962D60B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Ime i prezime: ________________________________________________________</w:t>
      </w:r>
    </w:p>
    <w:p w14:paraId="3FBA4853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Telefon / mobitel: ______________________________________________________</w:t>
      </w:r>
    </w:p>
    <w:p w14:paraId="68757A4E" w14:textId="77777777" w:rsidR="00834E5F" w:rsidRPr="003743A7" w:rsidRDefault="00CB0185">
      <w:pPr>
        <w:pStyle w:val="Naslov1"/>
        <w:rPr>
          <w:sz w:val="24"/>
          <w:szCs w:val="24"/>
        </w:rPr>
      </w:pPr>
      <w:r w:rsidRPr="003743A7">
        <w:rPr>
          <w:sz w:val="24"/>
          <w:szCs w:val="24"/>
        </w:rPr>
        <w:t>3 Izjava</w:t>
      </w:r>
    </w:p>
    <w:p w14:paraId="7DE20096" w14:textId="77777777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>Izjavljujem da je učenik državljanin Republike Hrvatske, da ima prebivalište na području Općine Novi Golubovec prije objave natječaja te da je tijekom cijelog srednjoškolskog obrazovanja sve razrede završio s odličnim uspjehom. Potvrđujem da su podaci navedeni u zahtjevu istiniti i točni.</w:t>
      </w:r>
    </w:p>
    <w:p w14:paraId="623D7D2A" w14:textId="77777777" w:rsidR="00834E5F" w:rsidRPr="003743A7" w:rsidRDefault="00CB0185">
      <w:pPr>
        <w:pStyle w:val="Naslov1"/>
        <w:rPr>
          <w:sz w:val="24"/>
          <w:szCs w:val="24"/>
        </w:rPr>
      </w:pPr>
      <w:r w:rsidRPr="003743A7">
        <w:rPr>
          <w:sz w:val="24"/>
          <w:szCs w:val="24"/>
        </w:rPr>
        <w:t>4 Prilozi uz zahtjev</w:t>
      </w:r>
    </w:p>
    <w:p w14:paraId="6BF7AC11" w14:textId="17841AFB" w:rsidR="00834E5F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 xml:space="preserve">☐ Preslika osobne iskaznice </w:t>
      </w:r>
      <w:r w:rsidRPr="003743A7">
        <w:rPr>
          <w:sz w:val="24"/>
          <w:szCs w:val="24"/>
        </w:rPr>
        <w:br/>
        <w:t xml:space="preserve">☐ Svjedodžbe za sve razrede srednje škole ili potvrda škole / prijepis ocjena iz kojih je vidljivo da su svi razredi </w:t>
      </w:r>
      <w:proofErr w:type="spellStart"/>
      <w:r w:rsidRPr="003743A7">
        <w:rPr>
          <w:sz w:val="24"/>
          <w:szCs w:val="24"/>
        </w:rPr>
        <w:t>završeni</w:t>
      </w:r>
      <w:proofErr w:type="spellEnd"/>
      <w:r w:rsidRPr="003743A7">
        <w:rPr>
          <w:sz w:val="24"/>
          <w:szCs w:val="24"/>
        </w:rPr>
        <w:t xml:space="preserve"> s </w:t>
      </w:r>
      <w:proofErr w:type="spellStart"/>
      <w:r w:rsidRPr="003743A7">
        <w:rPr>
          <w:sz w:val="24"/>
          <w:szCs w:val="24"/>
        </w:rPr>
        <w:t>odličnim</w:t>
      </w:r>
      <w:proofErr w:type="spellEnd"/>
      <w:r w:rsidRPr="003743A7">
        <w:rPr>
          <w:sz w:val="24"/>
          <w:szCs w:val="24"/>
        </w:rPr>
        <w:t xml:space="preserve"> </w:t>
      </w:r>
      <w:proofErr w:type="spellStart"/>
      <w:r w:rsidRPr="003743A7">
        <w:rPr>
          <w:sz w:val="24"/>
          <w:szCs w:val="24"/>
        </w:rPr>
        <w:t>uspjehom</w:t>
      </w:r>
      <w:proofErr w:type="spellEnd"/>
      <w:r w:rsidRPr="003743A7">
        <w:rPr>
          <w:sz w:val="24"/>
          <w:szCs w:val="24"/>
        </w:rPr>
        <w:t>.</w:t>
      </w:r>
    </w:p>
    <w:p w14:paraId="3232C7F9" w14:textId="77777777" w:rsidR="003743A7" w:rsidRPr="003743A7" w:rsidRDefault="003743A7">
      <w:pPr>
        <w:rPr>
          <w:sz w:val="24"/>
          <w:szCs w:val="24"/>
        </w:rPr>
      </w:pPr>
    </w:p>
    <w:p w14:paraId="0766373C" w14:textId="5EDE2958" w:rsidR="003743A7" w:rsidRPr="003743A7" w:rsidRDefault="00CB0185">
      <w:pPr>
        <w:rPr>
          <w:sz w:val="24"/>
          <w:szCs w:val="24"/>
        </w:rPr>
      </w:pPr>
      <w:r w:rsidRPr="003743A7">
        <w:rPr>
          <w:sz w:val="24"/>
          <w:szCs w:val="24"/>
        </w:rPr>
        <w:t xml:space="preserve">U __________________________, dana __________________ </w:t>
      </w:r>
      <w:proofErr w:type="spellStart"/>
      <w:r w:rsidRPr="003743A7">
        <w:rPr>
          <w:sz w:val="24"/>
          <w:szCs w:val="24"/>
        </w:rPr>
        <w:t>godine</w:t>
      </w:r>
      <w:proofErr w:type="spellEnd"/>
      <w:r w:rsidRPr="003743A7">
        <w:rPr>
          <w:sz w:val="24"/>
          <w:szCs w:val="24"/>
        </w:rPr>
        <w:t>.</w:t>
      </w:r>
    </w:p>
    <w:p w14:paraId="0D4B92A4" w14:textId="77777777" w:rsidR="003743A7" w:rsidRPr="003743A7" w:rsidRDefault="003743A7">
      <w:pPr>
        <w:rPr>
          <w:sz w:val="24"/>
          <w:szCs w:val="24"/>
        </w:rPr>
      </w:pPr>
    </w:p>
    <w:p w14:paraId="2EC807EB" w14:textId="77777777" w:rsidR="00834E5F" w:rsidRPr="003743A7" w:rsidRDefault="00CB0185">
      <w:pPr>
        <w:jc w:val="right"/>
        <w:rPr>
          <w:sz w:val="24"/>
          <w:szCs w:val="24"/>
        </w:rPr>
      </w:pPr>
      <w:r w:rsidRPr="003743A7">
        <w:rPr>
          <w:sz w:val="24"/>
          <w:szCs w:val="24"/>
        </w:rPr>
        <w:t>___________________________________</w:t>
      </w:r>
      <w:r w:rsidRPr="003743A7">
        <w:rPr>
          <w:sz w:val="24"/>
          <w:szCs w:val="24"/>
        </w:rPr>
        <w:br/>
        <w:t>Potpis učenika ili roditelja / skrbnika</w:t>
      </w:r>
    </w:p>
    <w:sectPr w:rsidR="00834E5F" w:rsidRPr="003743A7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6328932">
    <w:abstractNumId w:val="8"/>
  </w:num>
  <w:num w:numId="2" w16cid:durableId="1998266299">
    <w:abstractNumId w:val="6"/>
  </w:num>
  <w:num w:numId="3" w16cid:durableId="1722486024">
    <w:abstractNumId w:val="5"/>
  </w:num>
  <w:num w:numId="4" w16cid:durableId="780539116">
    <w:abstractNumId w:val="4"/>
  </w:num>
  <w:num w:numId="5" w16cid:durableId="1716275602">
    <w:abstractNumId w:val="7"/>
  </w:num>
  <w:num w:numId="6" w16cid:durableId="1695576037">
    <w:abstractNumId w:val="3"/>
  </w:num>
  <w:num w:numId="7" w16cid:durableId="1723603113">
    <w:abstractNumId w:val="2"/>
  </w:num>
  <w:num w:numId="8" w16cid:durableId="881551004">
    <w:abstractNumId w:val="1"/>
  </w:num>
  <w:num w:numId="9" w16cid:durableId="55325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662C"/>
    <w:rsid w:val="003743A7"/>
    <w:rsid w:val="004E7BDD"/>
    <w:rsid w:val="007400D5"/>
    <w:rsid w:val="00834E5F"/>
    <w:rsid w:val="00AA1D8D"/>
    <w:rsid w:val="00B47730"/>
    <w:rsid w:val="00CB0185"/>
    <w:rsid w:val="00CB0664"/>
    <w:rsid w:val="00F202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A1C9BD"/>
  <w14:defaultImageDpi w14:val="300"/>
  <w15:docId w15:val="{44D32964-D8D5-4612-BDD7-830F7A60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Petar Risek</cp:lastModifiedBy>
  <cp:revision>3</cp:revision>
  <dcterms:created xsi:type="dcterms:W3CDTF">2026-10-05T09:18:00Z</dcterms:created>
  <dcterms:modified xsi:type="dcterms:W3CDTF">2026-10-05T09:25:00Z</dcterms:modified>
  <cp:category/>
</cp:coreProperties>
</file>